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What the Sky Could Not Keep</w:t>
      </w:r>
    </w:p>
    <w:p>
      <w:r>
        <w:t>There was a season</w:t>
      </w:r>
    </w:p>
    <w:p/>
    <w:p>
      <w:r>
        <w:t>when everything I loved</w:t>
      </w:r>
    </w:p>
    <w:p>
      <w:r>
        <w:t>left in flashes—</w:t>
      </w:r>
    </w:p>
    <w:p/>
    <w:p>
      <w:r>
        <w:t>too sudden</w:t>
      </w:r>
    </w:p>
    <w:p>
      <w:r>
        <w:t>to understand,</w:t>
      </w:r>
    </w:p>
    <w:p>
      <w:r>
        <w:t>too beautiful</w:t>
      </w:r>
    </w:p>
    <w:p>
      <w:r>
        <w:t>to suspect.</w:t>
      </w:r>
    </w:p>
    <w:p/>
    <w:p>
      <w:r>
        <w:t>I searched the ground</w:t>
      </w:r>
    </w:p>
    <w:p>
      <w:r>
        <w:t>for explanations,</w:t>
      </w:r>
    </w:p>
    <w:p/>
    <w:p>
      <w:r>
        <w:t>finding only</w:t>
      </w:r>
    </w:p>
    <w:p>
      <w:r>
        <w:t>charred silence</w:t>
      </w:r>
    </w:p>
    <w:p>
      <w:r>
        <w:t>and the faint scent</w:t>
      </w:r>
    </w:p>
    <w:p>
      <w:r>
        <w:t>of something</w:t>
      </w:r>
    </w:p>
    <w:p>
      <w:r>
        <w:t>that had burned</w:t>
      </w:r>
    </w:p>
    <w:p>
      <w:r>
        <w:t>long before I noticed</w:t>
      </w:r>
    </w:p>
    <w:p>
      <w:r>
        <w:t>the smoke.</w:t>
      </w:r>
    </w:p>
    <w:p/>
    <w:p>
      <w:r>
        <w:t>Grief is peculiar.</w:t>
      </w:r>
    </w:p>
    <w:p/>
    <w:p>
      <w:r>
        <w:t>It teaches your hands</w:t>
      </w:r>
    </w:p>
    <w:p>
      <w:r>
        <w:t>to hold</w:t>
      </w:r>
    </w:p>
    <w:p>
      <w:r>
        <w:t>what no longer exists.</w:t>
      </w:r>
    </w:p>
    <w:p/>
    <w:p>
      <w:r>
        <w:t>For months,</w:t>
      </w:r>
    </w:p>
    <w:p/>
    <w:p>
      <w:r>
        <w:t>I carried absence</w:t>
      </w:r>
    </w:p>
    <w:p>
      <w:r>
        <w:t>like a lantern.</w:t>
      </w:r>
    </w:p>
    <w:p/>
    <w:p>
      <w:r>
        <w:t>Its weight</w:t>
      </w:r>
    </w:p>
    <w:p>
      <w:r>
        <w:t>bent my shoulders,</w:t>
      </w:r>
    </w:p>
    <w:p>
      <w:r>
        <w:t>yet somehow</w:t>
      </w:r>
    </w:p>
    <w:p>
      <w:r>
        <w:t>it lit the road</w:t>
      </w:r>
    </w:p>
    <w:p>
      <w:r>
        <w:t>I believed</w:t>
      </w:r>
    </w:p>
    <w:p>
      <w:r>
        <w:t>had ended.</w:t>
      </w:r>
    </w:p>
    <w:p/>
    <w:p>
      <w:r>
        <w:t>Then winter passed.</w:t>
      </w:r>
    </w:p>
    <w:p/>
    <w:p>
      <w:r>
        <w:t>The trees</w:t>
      </w:r>
    </w:p>
    <w:p>
      <w:r>
        <w:t>did not apologize</w:t>
      </w:r>
    </w:p>
    <w:p>
      <w:r>
        <w:t>for losing their leaves.</w:t>
      </w:r>
    </w:p>
    <w:p/>
    <w:p>
      <w:r>
        <w:t>The rivers</w:t>
      </w:r>
    </w:p>
    <w:p>
      <w:r>
        <w:t>never asked permission</w:t>
      </w:r>
    </w:p>
    <w:p>
      <w:r>
        <w:t>to keep flowing.</w:t>
      </w:r>
    </w:p>
    <w:p/>
    <w:p>
      <w:r>
        <w:t>Even the dawn</w:t>
      </w:r>
    </w:p>
    <w:p>
      <w:r>
        <w:t>arrived each morning</w:t>
      </w:r>
    </w:p>
    <w:p>
      <w:r>
        <w:t>without explaining</w:t>
      </w:r>
    </w:p>
    <w:p>
      <w:r>
        <w:t>where it had been.</w:t>
      </w:r>
    </w:p>
    <w:p/>
    <w:p>
      <w:r>
        <w:t>So I, too,</w:t>
      </w:r>
    </w:p>
    <w:p/>
    <w:p>
      <w:r>
        <w:t>learned</w:t>
      </w:r>
    </w:p>
    <w:p>
      <w:r>
        <w:t>that survival</w:t>
      </w:r>
    </w:p>
    <w:p>
      <w:r>
        <w:t>is not a loud thing.</w:t>
      </w:r>
    </w:p>
    <w:p/>
    <w:p>
      <w:r>
        <w:t>It is the courage</w:t>
      </w:r>
    </w:p>
    <w:p>
      <w:r>
        <w:t>to wake again.</w:t>
      </w:r>
    </w:p>
    <w:p/>
    <w:p>
      <w:r>
        <w:t>To trust</w:t>
      </w:r>
    </w:p>
    <w:p>
      <w:r>
        <w:t>that brokenness</w:t>
      </w:r>
    </w:p>
    <w:p>
      <w:r>
        <w:t>is not a permanent address.</w:t>
      </w:r>
    </w:p>
    <w:p/>
    <w:p>
      <w:r>
        <w:t>Now,</w:t>
      </w:r>
    </w:p>
    <w:p>
      <w:r>
        <w:t>when night gathers</w:t>
      </w:r>
    </w:p>
    <w:p>
      <w:r>
        <w:t>its waiting crowd,</w:t>
      </w:r>
    </w:p>
    <w:p/>
    <w:p>
      <w:r>
        <w:t>I look upward</w:t>
      </w:r>
    </w:p>
    <w:p/>
    <w:p>
      <w:r>
        <w:t>not because</w:t>
      </w:r>
    </w:p>
    <w:p>
      <w:r>
        <w:t>I expect</w:t>
      </w:r>
    </w:p>
    <w:p>
      <w:r>
        <w:t>the darkness</w:t>
      </w:r>
    </w:p>
    <w:p>
      <w:r>
        <w:t>to save me,</w:t>
      </w:r>
    </w:p>
    <w:p/>
    <w:p>
      <w:r>
        <w:t>but because</w:t>
      </w:r>
    </w:p>
    <w:p/>
    <w:p>
      <w:r>
        <w:t>I finally understand</w:t>
      </w:r>
    </w:p>
    <w:p/>
    <w:p>
      <w:r>
        <w:t>that the brightest things</w:t>
      </w:r>
    </w:p>
    <w:p>
      <w:r>
        <w:t>were never meant</w:t>
      </w:r>
    </w:p>
    <w:p>
      <w:r>
        <w:t>to stay forever.</w:t>
      </w:r>
    </w:p>
    <w:p/>
    <w:p>
      <w:r>
        <w:t>Their purpose</w:t>
      </w:r>
    </w:p>
    <w:p>
      <w:r>
        <w:t>was simply</w:t>
      </w:r>
    </w:p>
    <w:p>
      <w:r>
        <w:t>to remind us</w:t>
      </w:r>
    </w:p>
    <w:p/>
    <w:p>
      <w:r>
        <w:t>that even</w:t>
      </w:r>
    </w:p>
    <w:p>
      <w:r>
        <w:t>the briefest light</w:t>
      </w:r>
    </w:p>
    <w:p/>
    <w:p>
      <w:r>
        <w:t>can teach a heart</w:t>
      </w:r>
    </w:p>
    <w:p/>
    <w:p>
      <w:r>
        <w:t>how to find</w:t>
      </w:r>
    </w:p>
    <w:p>
      <w:r>
        <w:t>its own.</w:t>
      </w:r>
    </w:p>
    <w:p/>
    <w:p>
      <w:r>
        <w:t>Perhaps</w:t>
      </w:r>
    </w:p>
    <w:p/>
    <w:p>
      <w:r>
        <w:t>that is why</w:t>
      </w:r>
    </w:p>
    <w:p>
      <w:r>
        <w:t>fireworks</w:t>
      </w:r>
    </w:p>
    <w:p>
      <w:r>
        <w:t>always disappear—</w:t>
      </w:r>
    </w:p>
    <w:p/>
    <w:p>
      <w:r>
        <w:t>so we remember</w:t>
      </w:r>
    </w:p>
    <w:p/>
    <w:p>
      <w:r>
        <w:t>that the sky</w:t>
      </w:r>
    </w:p>
    <w:p>
      <w:r>
        <w:t>was beautiful</w:t>
      </w:r>
    </w:p>
    <w:p>
      <w:r>
        <w:t>long before</w:t>
      </w:r>
    </w:p>
    <w:p>
      <w:r>
        <w:t>they arrived.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